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4: The Conclusion - Wrapping It Up</w:t>
      </w:r>
    </w:p>
    <w:p>
      <w:pPr>
        <w:spacing w:after="200"/>
        <w:jc w:val="center"/>
      </w:pPr>
      <w:r>
        <w:rPr>
          <w:b w:val="0"/>
          <w:i/>
          <w:sz w:val="20"/>
        </w:rPr>
        <w:t>5/6 Language Arts  -  Building a Strong Paragraph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Restate your opinion in a new way for your conclusion.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Write a clincher (a final thought, question, or call to action).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Why should a conclusion not add a brand-new reason? One sentence.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write a conclusion that wraps up my paragraph.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